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DB2777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🎧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ז׳–ט׳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ז׳–ט׳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DB2777"/>
          <w:sz w:val="36"/>
          <w:rtl w:val="1"/>
          <w:bCs/>
          <w:szCs w:val="36"/>
        </w:rPr>
        <w:t>📘 חוברת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📜 איך נקראות המגילות העתיקות שהתגלו במערות קומראן, ליד ים המלח, החל משנת 1947?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המגילות הגנוזות   ◯ מגילות הכותל   ◯ מגילת העצמאות   ◯ כתובת השילוח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🏞️ מהו הנהר הארוך ביותר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הירקון   ◯ הירדן   ◯ נחל שורק   ◯ הקישון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🌍 ישראל יושבת במפגש של שלוש יבשות, ולכן עוברות מעליה מיליוני ציפורים נודדות. אילו יבשות?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אפריקה, אוסטרליה ואסיה   ◯ אסיה, אמריקה ואירופה   ◯ אירופה, אמריקה ואפריקה   ◯ אסיה, אפריקה ואירופה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👨 המילה 'אבא' שאנחנו אומרים כל יום – מאיזו שפה הגיעה לעברית?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ערבית   ◯ יוונית   ◯ ארמית   ◯ לטינית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🗓️ באיזה חודש עברי מתחיל חג החנוכה?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ניסן   ◯ תשרי   ◯ אדר   ◯ כסלו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🏛️ לפי המסורת, מי בנה את בית המקדש הראשון בירושלים?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דוד המלך   ◯ שלמה המלך   ◯ יהושע בן נון   ◯ שאול המלך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✨ איזו עיר בגליל העליון מכונה 'עיר המקובלים'?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טבריה   ◯ צפת   ◯ נהריה   ◯ עכו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🌊 מאיזה מקור מגיע כיום חלק גדול ממי השתייה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הפשרת קרחונים   ◯ מי גשם בלבד   ◯ ים המלח   ◯ התפלת מי הים התיכון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🥋 באיזה ענף זכתה ישראל במדליה האולימפית הראשונה שלה (1992)?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כדורסל   ◯ אתלטיקה   ◯ ג׳ודו   ◯ שחייה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⬇️ מהי הנקודה הנמוכה ביותר על פני היבשה בעולם?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חופי ים המלח   ◯ חוף אילת   ◯ מכתש רמון   ◯ עמק החולה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👨‍👧 פי ארבעה, פי שניים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היום הגיל של אבא של שירה גדול פי 4 מהגיל שלה. בעוד 20 שנה הוא יהיה גדול רק פי 2 מהגיל שלה. בת כמה שירה היום?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🎨 צוות הצבעים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5 צבעים וצבעיות צובעים יחד 5 קירות ב-5 שעות. כמה צבעים וצבעיות צריך כדי לצבוע 20 קירות ב-10 שעות (באותו קצב)?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🤝 לחיצות ידיים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במפגש מועצת התלמידים יש 8 משתתפים ומשתתפות. כל אחד ואחת לוחצים יד לכל משתתף/ת אחר/ת בדיוק פעם אחת. כמה לחיצות ידיים יהיו?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🏊 כרטיס לבריכה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מחיר כרטיס כניסה לבריכה עלה מ-40 ₪ ל-50 ₪. בכמה אחוזים עלה המחיר?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🚲 עלה וירד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מחיר זוג אופניים היה 500 ₪. המחיר עלה ב-20%, ואחרי חודש ירד ב-20%. מה המחיר עכשיו?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🔧 ברגים · 🔤 מילת · 🎯 עמדת · 🎼 סול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🔴 השני · 🦴 שדרה · 🦷 דנטלי · 🔌 חשמל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🪢 תלוי · 👃 האף · 🚢 פיקוד · 🗺️ יבשתי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📖 סיפור · 📈 שיא · 0️⃣ אפס · 🍀 כושר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👑 כחול · 🔥 חם · 🧊 קר · 🎁 תרומת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🧭 רצון · 🍎 משיכה · 🐎 סוס · 👥 אדם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🏟️ ⚓ 🏛️ 🌊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נמל עתיקה שבנה הורדוס, ויש בה תיאטרון רומי מול הים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🏛️ 🏺 🛁 🌋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עתיקה בעמק, עם רחוב עמודים רומי ומרחצאות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🐦 🌾 🔭 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מאות אלפי עגורים עוצרים כאן בכל סתיו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⛏️ 🪨 🏜️ 🍄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מכרות נחושת עתיקים בדרום, וסלעים בצורת פטריה ועמודים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🔐 חדר בריחה על הדף: מכונת הזמן במעבדה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⏳ תערוכת מדע בערב פתוח, ליד מכונת זמן דמיונית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בערב פתוח של תערוכת מדע הוצגה 'מכונת זמן' – דגם ענק עם נורות, גלגלי שיניים ומסך. כשהקבוצה נכנסה לתא של הדגם, הדלת נסגרה מאחוריה והמסך הבהב: 'כדי לצאת – הזינו קוד בן 4 ספרות'. מסתבר שהמכונה היא בעצם חדר בריחה, והמהנדסת שבנתה אותה השאירה רמזים.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על המסך מופיעים מספרים: 21-2-16. מתחתם כתוב: 'א=1, ב=2, ג=3 … ת=22'.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פענחו את המילה לפי מיקום האותיות באלף-בית. המילה היא שם של מספר – והוא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על שלושה מכשירים בתא – שעון, מצפן ומגן – יש מדבקות בשלושה צבעים שונים: אדום, כחול וירוק. בפתק כתוב: 'השעון אינו אדום ואינו כחול. המצפן אינו אדום'.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צבע המגן? מספר האותיות בשם הצבע של המגן הוא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על לוח הבקרה נדלקות נורות לפי הסדרה: 1, 4, 9, 16, 25,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מהו האיבר הבא בסדרה? ספרת האחדות שלו היא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על השעון הדיגיטלי כתוב: 'השעה עכשיו 10:00. המכונה קופצת 100 שעות קדימה'.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תהיה השעה בשעון של 24 שעות אחרי הקפיצה? ספרת האחדות של השעה היא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תלמיד/ה – ז׳–ט׳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תלמיד/ה – ז׳–ט׳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